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D7F2" w14:textId="2609378F" w:rsidR="00BA1BD5" w:rsidRPr="003D553F" w:rsidRDefault="00CF7C72" w:rsidP="003D553F">
      <w:pPr>
        <w:jc w:val="center"/>
        <w:rPr>
          <w:rFonts w:ascii="Yu Gothic" w:eastAsia="Yu Gothic" w:hAnsi="Yu Gothic"/>
          <w:b/>
          <w:sz w:val="30"/>
          <w:lang w:eastAsia="ja-JP"/>
        </w:rPr>
      </w:pPr>
      <w:r w:rsidRPr="00BA1BD5">
        <w:rPr>
          <w:rFonts w:ascii="Yu Gothic" w:eastAsia="Yu Gothic" w:hAnsi="Yu Gothic"/>
          <w:b/>
          <w:sz w:val="30"/>
          <w:lang w:eastAsia="ja-JP"/>
        </w:rPr>
        <w:t>クビアカツヤカミキリ確認チェックシート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6449"/>
      </w:tblGrid>
      <w:tr w:rsidR="00BF1C5D" w14:paraId="7438A3F5" w14:textId="77777777" w:rsidTr="00322796">
        <w:trPr>
          <w:trHeight w:val="1332"/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4C52F3CF" w14:textId="6EF71845" w:rsidR="00BF1C5D" w:rsidRPr="009930CA" w:rsidRDefault="00BA1BD5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確認</w:t>
            </w:r>
            <w:r w:rsidRPr="009930CA">
              <w:rPr>
                <w:rFonts w:ascii="メイリオ" w:eastAsia="メイリオ" w:hAnsi="メイリオ"/>
                <w:sz w:val="24"/>
                <w:szCs w:val="24"/>
              </w:rPr>
              <w:t>者</w:t>
            </w:r>
          </w:p>
        </w:tc>
        <w:tc>
          <w:tcPr>
            <w:tcW w:w="6627" w:type="dxa"/>
            <w:vAlign w:val="center"/>
          </w:tcPr>
          <w:p w14:paraId="77851CC1" w14:textId="30562828" w:rsidR="00BA1BD5" w:rsidRPr="009930CA" w:rsidRDefault="008D351E">
            <w:pPr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企業名</w:t>
            </w:r>
            <w:r w:rsidR="00CF7C72" w:rsidRPr="009930CA">
              <w:rPr>
                <w:sz w:val="24"/>
                <w:szCs w:val="24"/>
                <w:lang w:eastAsia="ja-JP"/>
              </w:rPr>
              <w:t xml:space="preserve">：　　　　　</w:t>
            </w:r>
          </w:p>
          <w:p w14:paraId="25602358" w14:textId="1ACC8AD3" w:rsidR="00BF1C5D" w:rsidRPr="009930CA" w:rsidRDefault="00CF7C72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 xml:space="preserve">氏名：　　　　　　　　　　　　</w:t>
            </w:r>
          </w:p>
        </w:tc>
      </w:tr>
      <w:tr w:rsidR="00BF1C5D" w14:paraId="78F58BA3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5A6B12E6" w14:textId="77777777" w:rsidR="00BF1C5D" w:rsidRPr="009930CA" w:rsidRDefault="00CF7C72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確認日時</w:t>
            </w:r>
          </w:p>
        </w:tc>
        <w:tc>
          <w:tcPr>
            <w:tcW w:w="6627" w:type="dxa"/>
            <w:vAlign w:val="center"/>
          </w:tcPr>
          <w:p w14:paraId="58C0D699" w14:textId="135A4F24" w:rsidR="00BF1C5D" w:rsidRPr="009930CA" w:rsidRDefault="00CF7C72">
            <w:pPr>
              <w:rPr>
                <w:sz w:val="24"/>
                <w:szCs w:val="24"/>
              </w:rPr>
            </w:pPr>
            <w:r w:rsidRPr="009930CA">
              <w:rPr>
                <w:sz w:val="24"/>
                <w:szCs w:val="24"/>
              </w:rPr>
              <w:t>令和</w:t>
            </w:r>
            <w:r w:rsidR="00BA1BD5" w:rsidRPr="009930CA">
              <w:rPr>
                <w:rFonts w:hint="eastAsia"/>
                <w:sz w:val="24"/>
                <w:szCs w:val="24"/>
                <w:lang w:eastAsia="ja-JP"/>
              </w:rPr>
              <w:t>８</w:t>
            </w:r>
            <w:r w:rsidRPr="009930CA">
              <w:rPr>
                <w:sz w:val="24"/>
                <w:szCs w:val="24"/>
              </w:rPr>
              <w:t xml:space="preserve">年　　月　　日　　</w:t>
            </w:r>
            <w:r w:rsidR="00BA1BD5"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</w:rPr>
              <w:t xml:space="preserve">　時　　分</w:t>
            </w:r>
          </w:p>
        </w:tc>
      </w:tr>
      <w:tr w:rsidR="00322796" w:rsidRPr="009930CA" w14:paraId="5819CF4B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500C455E" w14:textId="77777777" w:rsidR="00322796" w:rsidRPr="009930CA" w:rsidRDefault="00322796" w:rsidP="00B173DE">
            <w:pPr>
              <w:jc w:val="center"/>
              <w:rPr>
                <w:rFonts w:ascii="メイリオ" w:eastAsia="メイリオ" w:hAnsi="メイリオ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確認</w:t>
            </w:r>
          </w:p>
        </w:tc>
        <w:tc>
          <w:tcPr>
            <w:tcW w:w="6627" w:type="dxa"/>
            <w:vAlign w:val="center"/>
          </w:tcPr>
          <w:p w14:paraId="01CE081C" w14:textId="2CF61EC0" w:rsidR="00322796" w:rsidRPr="009930CA" w:rsidRDefault="00322796" w:rsidP="00B173DE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>
              <w:rPr>
                <w:rFonts w:hint="eastAsia"/>
                <w:sz w:val="24"/>
                <w:szCs w:val="24"/>
                <w:lang w:eastAsia="ja-JP"/>
              </w:rPr>
              <w:t>確認</w:t>
            </w:r>
            <w:r w:rsidR="00095586">
              <w:rPr>
                <w:rFonts w:hint="eastAsia"/>
                <w:sz w:val="24"/>
                <w:szCs w:val="24"/>
                <w:lang w:eastAsia="ja-JP"/>
              </w:rPr>
              <w:t xml:space="preserve">なし　</w:t>
            </w:r>
            <w:r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成虫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（　　匹）　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フラス</w:t>
            </w:r>
            <w:r w:rsidRPr="009930CA">
              <w:rPr>
                <w:sz w:val="24"/>
                <w:szCs w:val="24"/>
                <w:lang w:eastAsia="ja-JP"/>
              </w:rPr>
              <w:t xml:space="preserve"> 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（　　箇所）</w:t>
            </w:r>
          </w:p>
        </w:tc>
      </w:tr>
      <w:tr w:rsidR="00BF1C5D" w14:paraId="1CFA177D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7EFAE72B" w14:textId="77777777" w:rsidR="00BF1C5D" w:rsidRPr="009930CA" w:rsidRDefault="00CF7C72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確認場所</w:t>
            </w:r>
          </w:p>
        </w:tc>
        <w:tc>
          <w:tcPr>
            <w:tcW w:w="6627" w:type="dxa"/>
            <w:vAlign w:val="center"/>
          </w:tcPr>
          <w:p w14:paraId="7A835FAB" w14:textId="77777777" w:rsidR="00BF1C5D" w:rsidRPr="009930CA" w:rsidRDefault="00BF1C5D">
            <w:pPr>
              <w:rPr>
                <w:sz w:val="24"/>
                <w:szCs w:val="24"/>
              </w:rPr>
            </w:pPr>
          </w:p>
        </w:tc>
      </w:tr>
      <w:tr w:rsidR="00BF1C5D" w14:paraId="393EAE13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4163CD55" w14:textId="75CCCA9A" w:rsidR="00BF1C5D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事業所・</w:t>
            </w:r>
            <w:r w:rsidR="00CF7C72" w:rsidRPr="009930CA">
              <w:rPr>
                <w:rFonts w:ascii="メイリオ" w:eastAsia="メイリオ" w:hAnsi="メイリオ"/>
                <w:sz w:val="24"/>
                <w:szCs w:val="24"/>
              </w:rPr>
              <w:t>施設名</w:t>
            </w:r>
          </w:p>
        </w:tc>
        <w:tc>
          <w:tcPr>
            <w:tcW w:w="6627" w:type="dxa"/>
            <w:vAlign w:val="center"/>
          </w:tcPr>
          <w:p w14:paraId="2CC91530" w14:textId="77777777" w:rsidR="00BF1C5D" w:rsidRPr="009930CA" w:rsidRDefault="00BF1C5D">
            <w:pPr>
              <w:rPr>
                <w:sz w:val="24"/>
                <w:szCs w:val="24"/>
              </w:rPr>
            </w:pPr>
          </w:p>
        </w:tc>
      </w:tr>
      <w:tr w:rsidR="00BF1C5D" w14:paraId="0CAA95DB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34A8EE5D" w14:textId="77777777" w:rsidR="00BF1C5D" w:rsidRPr="009930CA" w:rsidRDefault="00CF7C72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樹種</w:t>
            </w:r>
          </w:p>
        </w:tc>
        <w:tc>
          <w:tcPr>
            <w:tcW w:w="6627" w:type="dxa"/>
            <w:vAlign w:val="center"/>
          </w:tcPr>
          <w:p w14:paraId="4FCD28FF" w14:textId="29895C13" w:rsidR="00BF1C5D" w:rsidRPr="009930CA" w:rsidRDefault="00CF7C72" w:rsidP="00BA1BD5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サクラ</w:t>
            </w:r>
            <w:r w:rsidR="00BA1BD5" w:rsidRPr="009930CA">
              <w:rPr>
                <w:rFonts w:hint="eastAsia"/>
                <w:sz w:val="24"/>
                <w:szCs w:val="24"/>
                <w:lang w:eastAsia="ja-JP"/>
              </w:rPr>
              <w:t xml:space="preserve">類　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ウメ</w:t>
            </w:r>
            <w:r w:rsidR="00BA1BD5" w:rsidRPr="009930CA">
              <w:rPr>
                <w:rFonts w:hint="eastAsia"/>
                <w:sz w:val="24"/>
                <w:szCs w:val="24"/>
                <w:lang w:eastAsia="ja-JP"/>
              </w:rPr>
              <w:t xml:space="preserve">類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その他</w:t>
            </w:r>
          </w:p>
        </w:tc>
      </w:tr>
      <w:tr w:rsidR="00322796" w14:paraId="4DC08EE3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0743B686" w14:textId="7C4F91DD" w:rsidR="00322796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周辺の状況</w:t>
            </w:r>
          </w:p>
        </w:tc>
        <w:tc>
          <w:tcPr>
            <w:tcW w:w="6627" w:type="dxa"/>
            <w:vAlign w:val="center"/>
          </w:tcPr>
          <w:p w14:paraId="4BBDDC7D" w14:textId="139BB982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</w:p>
        </w:tc>
      </w:tr>
      <w:tr w:rsidR="00322796" w14:paraId="1FEAC6D5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6F366E62" w14:textId="21A53522" w:rsidR="00322796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成虫確認</w:t>
            </w:r>
          </w:p>
        </w:tc>
        <w:tc>
          <w:tcPr>
            <w:tcW w:w="6627" w:type="dxa"/>
            <w:vAlign w:val="center"/>
          </w:tcPr>
          <w:p w14:paraId="1635903A" w14:textId="59F41644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黒色光沢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前胸部赤色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長い触角</w:t>
            </w:r>
            <w:r w:rsidRPr="009930CA">
              <w:rPr>
                <w:sz w:val="24"/>
                <w:szCs w:val="24"/>
                <w:lang w:eastAsia="ja-JP"/>
              </w:rPr>
              <w:t xml:space="preserve"> </w:t>
            </w:r>
          </w:p>
        </w:tc>
      </w:tr>
      <w:tr w:rsidR="00322796" w14:paraId="56F093CF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0CDA90FB" w14:textId="20BF418E" w:rsidR="00322796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フラス確認</w:t>
            </w:r>
          </w:p>
        </w:tc>
        <w:tc>
          <w:tcPr>
            <w:tcW w:w="6627" w:type="dxa"/>
            <w:vAlign w:val="center"/>
          </w:tcPr>
          <w:p w14:paraId="69661444" w14:textId="77777777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株元・幹から排出</w:t>
            </w:r>
            <w:r w:rsidRPr="009930CA">
              <w:rPr>
                <w:sz w:val="24"/>
                <w:szCs w:val="24"/>
                <w:lang w:eastAsia="ja-JP"/>
              </w:rPr>
              <w:t xml:space="preserve"> 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木くずと糞混在</w:t>
            </w:r>
            <w:r w:rsidRPr="009930CA">
              <w:rPr>
                <w:sz w:val="24"/>
                <w:szCs w:val="24"/>
                <w:lang w:eastAsia="ja-JP"/>
              </w:rPr>
              <w:t xml:space="preserve"> </w:t>
            </w:r>
          </w:p>
          <w:p w14:paraId="37F8981E" w14:textId="0C24737C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かりんとう</w:t>
            </w:r>
            <w:r w:rsidRPr="009930CA">
              <w:rPr>
                <w:sz w:val="24"/>
                <w:szCs w:val="24"/>
                <w:lang w:eastAsia="ja-JP"/>
              </w:rPr>
              <w:t>状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多量堆積</w:t>
            </w:r>
          </w:p>
        </w:tc>
      </w:tr>
      <w:tr w:rsidR="00322796" w14:paraId="236E810A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22D90221" w14:textId="5AA1C31B" w:rsidR="00322796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備考</w:t>
            </w:r>
          </w:p>
        </w:tc>
        <w:tc>
          <w:tcPr>
            <w:tcW w:w="6627" w:type="dxa"/>
            <w:vAlign w:val="center"/>
          </w:tcPr>
          <w:p w14:paraId="7A337723" w14:textId="0AC6D06F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</w:p>
        </w:tc>
      </w:tr>
    </w:tbl>
    <w:p w14:paraId="3B65B197" w14:textId="2979A0CC" w:rsidR="003D553F" w:rsidRPr="00BA1BD5" w:rsidRDefault="009930CA">
      <w:pPr>
        <w:rPr>
          <w:rFonts w:ascii="メイリオ" w:eastAsia="メイリオ" w:hAnsi="メイリオ"/>
          <w:b/>
          <w:bCs/>
          <w:sz w:val="24"/>
          <w:szCs w:val="24"/>
          <w:lang w:eastAsia="ja-JP"/>
        </w:rPr>
      </w:pPr>
      <w:r>
        <w:rPr>
          <w:rFonts w:ascii="メイリオ" w:eastAsia="メイリオ" w:hAnsi="メイリオ" w:hint="eastAsia"/>
          <w:b/>
          <w:bCs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8D3BDC" wp14:editId="08CB5045">
                <wp:simplePos x="0" y="0"/>
                <wp:positionH relativeFrom="column">
                  <wp:posOffset>-184785</wp:posOffset>
                </wp:positionH>
                <wp:positionV relativeFrom="paragraph">
                  <wp:posOffset>415290</wp:posOffset>
                </wp:positionV>
                <wp:extent cx="1866900" cy="247650"/>
                <wp:effectExtent l="57150" t="19050" r="76200" b="95250"/>
                <wp:wrapNone/>
                <wp:docPr id="353811565" name="正方形/長方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F406E9-C0AC-4C81-AB6C-E642734C53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9BE9D2" id="正方形/長方形 1" o:spid="_x0000_s1026" style="position:absolute;margin-left:-14.55pt;margin-top:32.7pt;width:147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" filled="f" strokecolor="black [3213]">
                <v:shadow on="t" color="black" opacity="22937f" origin=",.5" offset="0,.63889mm"/>
              </v:rect>
            </w:pict>
          </mc:Fallback>
        </mc:AlternateContent>
      </w:r>
      <w:r w:rsidR="002424A6" w:rsidRPr="00FA61D6">
        <w:rPr>
          <w:rFonts w:ascii="メイリオ" w:eastAsia="メイリオ" w:hAnsi="メイリオ" w:hint="eastAsia"/>
          <w:b/>
          <w:bCs/>
          <w:sz w:val="21"/>
          <w:szCs w:val="21"/>
          <w:lang w:eastAsia="ja-JP"/>
        </w:rPr>
        <w:t>※写真</w:t>
      </w:r>
      <w:r w:rsidR="00BA1BD5" w:rsidRPr="00FA61D6">
        <w:rPr>
          <w:rFonts w:ascii="メイリオ" w:eastAsia="メイリオ" w:hAnsi="メイリオ" w:hint="eastAsia"/>
          <w:b/>
          <w:bCs/>
          <w:sz w:val="21"/>
          <w:szCs w:val="21"/>
          <w:lang w:eastAsia="ja-JP"/>
        </w:rPr>
        <w:t>は</w:t>
      </w:r>
      <w:r w:rsidR="002424A6" w:rsidRPr="00FA61D6">
        <w:rPr>
          <w:rFonts w:ascii="メイリオ" w:eastAsia="メイリオ" w:hAnsi="メイリオ" w:hint="eastAsia"/>
          <w:b/>
          <w:bCs/>
          <w:sz w:val="21"/>
          <w:szCs w:val="21"/>
          <w:lang w:eastAsia="ja-JP"/>
        </w:rPr>
        <w:t>メールに添付を</w:t>
      </w:r>
      <w:r w:rsidR="00BA1BD5" w:rsidRPr="00FA61D6">
        <w:rPr>
          <w:rFonts w:ascii="メイリオ" w:eastAsia="メイリオ" w:hAnsi="メイリオ" w:hint="eastAsia"/>
          <w:b/>
          <w:bCs/>
          <w:sz w:val="21"/>
          <w:szCs w:val="21"/>
          <w:lang w:eastAsia="ja-JP"/>
        </w:rPr>
        <w:t>お願いします</w:t>
      </w:r>
    </w:p>
    <w:p w14:paraId="1E2681B3" w14:textId="3B1AE864" w:rsidR="002424A6" w:rsidRPr="00BA1BD5" w:rsidRDefault="004C57CC" w:rsidP="009930CA">
      <w:pPr>
        <w:spacing w:after="0"/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 w:hint="eastAsia"/>
          <w:lang w:eastAsia="ja-JP"/>
        </w:rPr>
        <w:t>長野県</w:t>
      </w:r>
      <w:r w:rsidR="002424A6" w:rsidRPr="00BA1BD5">
        <w:rPr>
          <w:rFonts w:ascii="Yu Gothic" w:eastAsia="Yu Gothic" w:hAnsi="Yu Gothic" w:hint="eastAsia"/>
          <w:lang w:eastAsia="ja-JP"/>
        </w:rPr>
        <w:t>自然保護課記入欄</w:t>
      </w:r>
    </w:p>
    <w:tbl>
      <w:tblPr>
        <w:tblStyle w:val="afe"/>
        <w:tblW w:w="8839" w:type="dxa"/>
        <w:jc w:val="center"/>
        <w:tblLook w:val="04A0" w:firstRow="1" w:lastRow="0" w:firstColumn="1" w:lastColumn="0" w:noHBand="0" w:noVBand="1"/>
      </w:tblPr>
      <w:tblGrid>
        <w:gridCol w:w="2153"/>
        <w:gridCol w:w="6686"/>
      </w:tblGrid>
      <w:tr w:rsidR="00B4067F" w14:paraId="677FA396" w14:textId="77777777" w:rsidTr="009930CA">
        <w:trPr>
          <w:trHeight w:val="964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358EC6C3" w14:textId="7681B135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確認</w:t>
            </w:r>
            <w:r w:rsidRPr="009930CA">
              <w:rPr>
                <w:rFonts w:ascii="メイリオ" w:eastAsia="メイリオ" w:hAnsi="メイリオ"/>
                <w:sz w:val="24"/>
                <w:szCs w:val="24"/>
              </w:rPr>
              <w:t>者</w:t>
            </w:r>
          </w:p>
        </w:tc>
        <w:tc>
          <w:tcPr>
            <w:tcW w:w="6686" w:type="dxa"/>
            <w:vAlign w:val="center"/>
          </w:tcPr>
          <w:p w14:paraId="68783084" w14:textId="28CFDB4F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所属：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自然保護課　生物多様性係</w:t>
            </w:r>
          </w:p>
          <w:p w14:paraId="416C016E" w14:textId="65EA384E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 xml:space="preserve">職・氏名：　　　　　　　　　　　　</w:t>
            </w:r>
          </w:p>
        </w:tc>
      </w:tr>
      <w:tr w:rsidR="00B4067F" w14:paraId="4F1BF081" w14:textId="77777777" w:rsidTr="009930CA">
        <w:trPr>
          <w:trHeight w:val="690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70702900" w14:textId="58D810EC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成虫</w:t>
            </w:r>
          </w:p>
        </w:tc>
        <w:tc>
          <w:tcPr>
            <w:tcW w:w="6686" w:type="dxa"/>
            <w:vAlign w:val="center"/>
          </w:tcPr>
          <w:p w14:paraId="084B62DA" w14:textId="7E713655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黒色光沢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前胸部赤色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長い触角</w:t>
            </w:r>
          </w:p>
        </w:tc>
      </w:tr>
      <w:tr w:rsidR="00B4067F" w14:paraId="5A4550DB" w14:textId="77777777" w:rsidTr="009930CA">
        <w:trPr>
          <w:trHeight w:val="687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7DE65E40" w14:textId="3CB9D7E1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フラス確認</w:t>
            </w:r>
          </w:p>
        </w:tc>
        <w:tc>
          <w:tcPr>
            <w:tcW w:w="6686" w:type="dxa"/>
            <w:vAlign w:val="center"/>
          </w:tcPr>
          <w:p w14:paraId="09BAB1D8" w14:textId="41B31F05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疑い有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疑い無</w:t>
            </w:r>
          </w:p>
        </w:tc>
      </w:tr>
      <w:tr w:rsidR="00B4067F" w14:paraId="79204034" w14:textId="77777777" w:rsidTr="009930CA">
        <w:trPr>
          <w:trHeight w:val="564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303BD3E7" w14:textId="3E8D57FC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w w:val="66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 w:hint="eastAsia"/>
                <w:w w:val="66"/>
                <w:sz w:val="24"/>
                <w:szCs w:val="24"/>
                <w:lang w:eastAsia="ja-JP"/>
              </w:rPr>
              <w:t>クビアカツヤカミキリ</w:t>
            </w:r>
          </w:p>
        </w:tc>
        <w:tc>
          <w:tcPr>
            <w:tcW w:w="6686" w:type="dxa"/>
            <w:vAlign w:val="center"/>
          </w:tcPr>
          <w:p w14:paraId="023CFF71" w14:textId="1CC002B1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該当　　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 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非該当</w:t>
            </w:r>
          </w:p>
        </w:tc>
      </w:tr>
      <w:tr w:rsidR="00B4067F" w14:paraId="25AD4924" w14:textId="77777777" w:rsidTr="009930CA">
        <w:trPr>
          <w:trHeight w:val="656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654C06E6" w14:textId="6157A333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対応</w:t>
            </w:r>
          </w:p>
        </w:tc>
        <w:tc>
          <w:tcPr>
            <w:tcW w:w="6686" w:type="dxa"/>
            <w:vAlign w:val="center"/>
          </w:tcPr>
          <w:p w14:paraId="30B187A3" w14:textId="0150E4DF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現地確認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経過観察（要注意）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 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対応なし</w:t>
            </w:r>
          </w:p>
        </w:tc>
      </w:tr>
    </w:tbl>
    <w:p w14:paraId="3322E868" w14:textId="77777777" w:rsidR="002424A6" w:rsidRDefault="002424A6">
      <w:pPr>
        <w:rPr>
          <w:lang w:eastAsia="ja-JP"/>
        </w:rPr>
      </w:pPr>
    </w:p>
    <w:sectPr w:rsidR="002424A6" w:rsidSect="00BA1BD5">
      <w:pgSz w:w="11906" w:h="16838" w:code="9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ED464" w14:textId="77777777" w:rsidR="006F0B17" w:rsidRDefault="006F0B17" w:rsidP="00BA0506">
      <w:pPr>
        <w:spacing w:after="0" w:line="240" w:lineRule="auto"/>
      </w:pPr>
      <w:r>
        <w:separator/>
      </w:r>
    </w:p>
  </w:endnote>
  <w:endnote w:type="continuationSeparator" w:id="0">
    <w:p w14:paraId="018F8B15" w14:textId="77777777" w:rsidR="006F0B17" w:rsidRDefault="006F0B17" w:rsidP="00BA0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D0BFA" w14:textId="77777777" w:rsidR="006F0B17" w:rsidRDefault="006F0B17" w:rsidP="00BA0506">
      <w:pPr>
        <w:spacing w:after="0" w:line="240" w:lineRule="auto"/>
      </w:pPr>
      <w:r>
        <w:separator/>
      </w:r>
    </w:p>
  </w:footnote>
  <w:footnote w:type="continuationSeparator" w:id="0">
    <w:p w14:paraId="7F1CE998" w14:textId="77777777" w:rsidR="006F0B17" w:rsidRDefault="006F0B17" w:rsidP="00BA0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5308642">
    <w:abstractNumId w:val="8"/>
  </w:num>
  <w:num w:numId="2" w16cid:durableId="1107964861">
    <w:abstractNumId w:val="1"/>
  </w:num>
  <w:num w:numId="3" w16cid:durableId="1607343142">
    <w:abstractNumId w:val="3"/>
  </w:num>
  <w:num w:numId="4" w16cid:durableId="181357998">
    <w:abstractNumId w:val="2"/>
  </w:num>
  <w:num w:numId="5" w16cid:durableId="1841501886">
    <w:abstractNumId w:val="6"/>
  </w:num>
  <w:num w:numId="6" w16cid:durableId="194470883">
    <w:abstractNumId w:val="0"/>
  </w:num>
  <w:num w:numId="7" w16cid:durableId="317151738">
    <w:abstractNumId w:val="4"/>
  </w:num>
  <w:num w:numId="8" w16cid:durableId="694233002">
    <w:abstractNumId w:val="5"/>
  </w:num>
  <w:num w:numId="9" w16cid:durableId="8780532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586"/>
    <w:rsid w:val="0015074B"/>
    <w:rsid w:val="00153D66"/>
    <w:rsid w:val="0017205B"/>
    <w:rsid w:val="00182F3C"/>
    <w:rsid w:val="002424A6"/>
    <w:rsid w:val="00252BDE"/>
    <w:rsid w:val="0029639D"/>
    <w:rsid w:val="002D4402"/>
    <w:rsid w:val="00322796"/>
    <w:rsid w:val="00326F90"/>
    <w:rsid w:val="003D553F"/>
    <w:rsid w:val="00422C40"/>
    <w:rsid w:val="0043536E"/>
    <w:rsid w:val="004C57CC"/>
    <w:rsid w:val="005559EF"/>
    <w:rsid w:val="006F0B17"/>
    <w:rsid w:val="0072260D"/>
    <w:rsid w:val="007A3564"/>
    <w:rsid w:val="00827EDF"/>
    <w:rsid w:val="008A03E6"/>
    <w:rsid w:val="008D351E"/>
    <w:rsid w:val="009930CA"/>
    <w:rsid w:val="00AA1D8D"/>
    <w:rsid w:val="00B035EE"/>
    <w:rsid w:val="00B4067F"/>
    <w:rsid w:val="00B47730"/>
    <w:rsid w:val="00BA0506"/>
    <w:rsid w:val="00BA1BD5"/>
    <w:rsid w:val="00BA4705"/>
    <w:rsid w:val="00BF1C5D"/>
    <w:rsid w:val="00C8464B"/>
    <w:rsid w:val="00CB0664"/>
    <w:rsid w:val="00CE04F2"/>
    <w:rsid w:val="00CE4B0F"/>
    <w:rsid w:val="00CF7C72"/>
    <w:rsid w:val="00D7584A"/>
    <w:rsid w:val="00E41094"/>
    <w:rsid w:val="00E9736F"/>
    <w:rsid w:val="00FA61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D6A44"/>
  <w14:defaultImageDpi w14:val="300"/>
  <w15:docId w15:val="{5B4B0565-5A8A-415F-9B02-733C4623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8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9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3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4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338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黒坂　恭平</dc:creator>
  <cp:keywords/>
  <dc:description>generated by python-docx</dc:description>
  <cp:lastModifiedBy>清水 崚平</cp:lastModifiedBy>
  <cp:revision>2</cp:revision>
  <dcterms:created xsi:type="dcterms:W3CDTF">2026-10-07T00:39:00Z</dcterms:created>
  <dcterms:modified xsi:type="dcterms:W3CDTF">2026-10-07T00:39:00Z</dcterms:modified>
  <cp:category/>
</cp:coreProperties>
</file>